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 w:eastAsia="宋体"/>
          <w:b/>
          <w:sz w:val="32"/>
        </w:rPr>
        <w:t>高考新课标二卷重点单词汇总</w:t>
      </w:r>
    </w:p>
    <w:p>
      <w:pPr>
        <w:spacing w:after="120" w:before="0"/>
        <w:jc w:val="center"/>
      </w:pPr>
      <w:r>
        <w:rPr>
          <w:rFonts w:ascii="Times New Roman" w:hAnsi="Times New Roman" w:eastAsia="宋体"/>
          <w:sz w:val="18"/>
        </w:rPr>
        <w:t>共 100 个重点单词（原有65个 + 新增35个）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2635"/>
        <w:gridCol w:w="2635"/>
        <w:gridCol w:w="2635"/>
        <w:gridCol w:w="2635"/>
      </w:tblGrid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access</w:t>
            </w:r>
            <w:r>
              <w:rPr>
                <w:rFonts w:ascii="Times New Roman" w:hAnsi="Times New Roman" w:eastAsia="宋体"/>
                <w:sz w:val="16"/>
              </w:rPr>
              <w:br/>
              <w:t>v. 接近；使用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accessible</w:t>
            </w:r>
            <w:r>
              <w:rPr>
                <w:rFonts w:ascii="Times New Roman" w:hAnsi="Times New Roman" w:eastAsia="宋体"/>
                <w:sz w:val="16"/>
              </w:rPr>
              <w:br/>
              <w:t>adj. 可接近的；可使用的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accurate</w:t>
            </w:r>
            <w:r>
              <w:rPr>
                <w:rFonts w:ascii="Times New Roman" w:hAnsi="Times New Roman" w:eastAsia="宋体"/>
                <w:sz w:val="16"/>
              </w:rPr>
              <w:br/>
              <w:t>adj. 准确的；精确的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adopt</w:t>
            </w:r>
            <w:r>
              <w:rPr>
                <w:rFonts w:ascii="Times New Roman" w:hAnsi="Times New Roman" w:eastAsia="宋体"/>
                <w:sz w:val="16"/>
              </w:rPr>
              <w:br/>
              <w:t>v. 采用；采纳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aesthetic</w:t>
            </w:r>
            <w:r>
              <w:rPr>
                <w:rFonts w:ascii="Times New Roman" w:hAnsi="Times New Roman" w:eastAsia="宋体"/>
                <w:sz w:val="16"/>
              </w:rPr>
              <w:br/>
              <w:t>adj. 美学的；审美的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afford</w:t>
            </w:r>
            <w:r>
              <w:rPr>
                <w:rFonts w:ascii="Times New Roman" w:hAnsi="Times New Roman" w:eastAsia="宋体"/>
                <w:sz w:val="16"/>
              </w:rPr>
              <w:br/>
              <w:t>v. 负担得起；提供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ambassador</w:t>
            </w:r>
            <w:r>
              <w:rPr>
                <w:rFonts w:ascii="Times New Roman" w:hAnsi="Times New Roman" w:eastAsia="宋体"/>
                <w:sz w:val="16"/>
              </w:rPr>
              <w:br/>
              <w:t>n. 大使；代表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anxious</w:t>
            </w:r>
            <w:r>
              <w:rPr>
                <w:rFonts w:ascii="Times New Roman" w:hAnsi="Times New Roman" w:eastAsia="宋体"/>
                <w:sz w:val="16"/>
              </w:rPr>
              <w:br/>
              <w:t>adj. 焦虑的；担忧的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archaeological</w:t>
            </w:r>
            <w:r>
              <w:rPr>
                <w:rFonts w:ascii="Times New Roman" w:hAnsi="Times New Roman" w:eastAsia="宋体"/>
                <w:sz w:val="16"/>
              </w:rPr>
              <w:br/>
              <w:t>adj. 考古的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artifact</w:t>
            </w:r>
            <w:r>
              <w:rPr>
                <w:rFonts w:ascii="Times New Roman" w:hAnsi="Times New Roman" w:eastAsia="宋体"/>
                <w:sz w:val="16"/>
              </w:rPr>
              <w:br/>
              <w:t>n. 手工艺品；文物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assign</w:t>
            </w:r>
            <w:r>
              <w:rPr>
                <w:rFonts w:ascii="Times New Roman" w:hAnsi="Times New Roman" w:eastAsia="宋体"/>
                <w:sz w:val="16"/>
              </w:rPr>
              <w:br/>
              <w:t>v. 分配；指派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awareness</w:t>
            </w:r>
            <w:r>
              <w:rPr>
                <w:rFonts w:ascii="Times New Roman" w:hAnsi="Times New Roman" w:eastAsia="宋体"/>
                <w:sz w:val="16"/>
              </w:rPr>
              <w:br/>
              <w:t>n. 意识；认识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beyond</w:t>
            </w:r>
            <w:r>
              <w:rPr>
                <w:rFonts w:ascii="Times New Roman" w:hAnsi="Times New Roman" w:eastAsia="宋体"/>
                <w:sz w:val="16"/>
              </w:rPr>
              <w:br/>
              <w:t>prep. 超越；在……之外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cancel</w:t>
            </w:r>
            <w:r>
              <w:rPr>
                <w:rFonts w:ascii="Times New Roman" w:hAnsi="Times New Roman" w:eastAsia="宋体"/>
                <w:sz w:val="16"/>
              </w:rPr>
              <w:br/>
              <w:t>v. 取消；撤销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category</w:t>
            </w:r>
            <w:r>
              <w:rPr>
                <w:rFonts w:ascii="Times New Roman" w:hAnsi="Times New Roman" w:eastAsia="宋体"/>
                <w:sz w:val="16"/>
              </w:rPr>
              <w:br/>
              <w:t>n. 类别；种类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clarity</w:t>
            </w:r>
            <w:r>
              <w:rPr>
                <w:rFonts w:ascii="Times New Roman" w:hAnsi="Times New Roman" w:eastAsia="宋体"/>
                <w:sz w:val="16"/>
              </w:rPr>
              <w:br/>
              <w:t>n. 清晰度；清楚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collaboration</w:t>
            </w:r>
            <w:r>
              <w:rPr>
                <w:rFonts w:ascii="Times New Roman" w:hAnsi="Times New Roman" w:eastAsia="宋体"/>
                <w:sz w:val="16"/>
              </w:rPr>
              <w:br/>
              <w:t>n. 合作；协作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compete</w:t>
            </w:r>
            <w:r>
              <w:rPr>
                <w:rFonts w:ascii="Times New Roman" w:hAnsi="Times New Roman" w:eastAsia="宋体"/>
                <w:sz w:val="16"/>
              </w:rPr>
              <w:br/>
              <w:t>v. 竞争 → competition n. 竞争；比赛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consider</w:t>
            </w:r>
            <w:r>
              <w:rPr>
                <w:rFonts w:ascii="Times New Roman" w:hAnsi="Times New Roman" w:eastAsia="宋体"/>
                <w:sz w:val="16"/>
              </w:rPr>
              <w:br/>
              <w:t>v. 考虑；认为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considerable</w:t>
            </w:r>
            <w:r>
              <w:rPr>
                <w:rFonts w:ascii="Times New Roman" w:hAnsi="Times New Roman" w:eastAsia="宋体"/>
                <w:sz w:val="16"/>
              </w:rPr>
              <w:br/>
              <w:t>adj. 相当大的；重要的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construct</w:t>
            </w:r>
            <w:r>
              <w:rPr>
                <w:rFonts w:ascii="Times New Roman" w:hAnsi="Times New Roman" w:eastAsia="宋体"/>
                <w:sz w:val="16"/>
              </w:rPr>
              <w:br/>
              <w:t>v. 建造；构建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date back to</w:t>
            </w:r>
            <w:r>
              <w:rPr>
                <w:rFonts w:ascii="Times New Roman" w:hAnsi="Times New Roman" w:eastAsia="宋体"/>
                <w:sz w:val="16"/>
              </w:rPr>
              <w:br/>
              <w:t>phr. 追溯到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detail</w:t>
            </w:r>
            <w:r>
              <w:rPr>
                <w:rFonts w:ascii="Times New Roman" w:hAnsi="Times New Roman" w:eastAsia="宋体"/>
                <w:sz w:val="16"/>
              </w:rPr>
              <w:br/>
              <w:t>n./v. 细节；详述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detailed</w:t>
            </w:r>
            <w:r>
              <w:rPr>
                <w:rFonts w:ascii="Times New Roman" w:hAnsi="Times New Roman" w:eastAsia="宋体"/>
                <w:sz w:val="16"/>
              </w:rPr>
              <w:br/>
              <w:t>adj. 详细的；细致的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devote</w:t>
            </w:r>
            <w:r>
              <w:rPr>
                <w:rFonts w:ascii="Times New Roman" w:hAnsi="Times New Roman" w:eastAsia="宋体"/>
                <w:sz w:val="16"/>
              </w:rPr>
              <w:br/>
              <w:t>v. 致力于；奉献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distract</w:t>
            </w:r>
            <w:r>
              <w:rPr>
                <w:rFonts w:ascii="Times New Roman" w:hAnsi="Times New Roman" w:eastAsia="宋体"/>
                <w:sz w:val="16"/>
              </w:rPr>
              <w:br/>
              <w:t>v. 分散（注意力）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donation</w:t>
            </w:r>
            <w:r>
              <w:rPr>
                <w:rFonts w:ascii="Times New Roman" w:hAnsi="Times New Roman" w:eastAsia="宋体"/>
                <w:sz w:val="16"/>
              </w:rPr>
              <w:br/>
              <w:t>n. 捐赠；捐款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dusty</w:t>
            </w:r>
            <w:r>
              <w:rPr>
                <w:rFonts w:ascii="Times New Roman" w:hAnsi="Times New Roman" w:eastAsia="宋体"/>
                <w:sz w:val="16"/>
              </w:rPr>
              <w:br/>
              <w:t>adj. 布满灰尘的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economic</w:t>
            </w:r>
            <w:r>
              <w:rPr>
                <w:rFonts w:ascii="Times New Roman" w:hAnsi="Times New Roman" w:eastAsia="宋体"/>
                <w:sz w:val="16"/>
              </w:rPr>
              <w:br/>
              <w:t>adj. 经济的；经济学的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emotion</w:t>
            </w:r>
            <w:r>
              <w:rPr>
                <w:rFonts w:ascii="Times New Roman" w:hAnsi="Times New Roman" w:eastAsia="宋体"/>
                <w:sz w:val="16"/>
              </w:rPr>
              <w:br/>
              <w:t>n. 情感；情绪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emotional</w:t>
            </w:r>
            <w:r>
              <w:rPr>
                <w:rFonts w:ascii="Times New Roman" w:hAnsi="Times New Roman" w:eastAsia="宋体"/>
                <w:sz w:val="16"/>
              </w:rPr>
              <w:br/>
              <w:t>adj. 情感的；情绪的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emphasize</w:t>
            </w:r>
            <w:r>
              <w:rPr>
                <w:rFonts w:ascii="Times New Roman" w:hAnsi="Times New Roman" w:eastAsia="宋体"/>
                <w:sz w:val="16"/>
              </w:rPr>
              <w:br/>
              <w:t>v. 强调；着重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equip</w:t>
            </w:r>
            <w:r>
              <w:rPr>
                <w:rFonts w:ascii="Times New Roman" w:hAnsi="Times New Roman" w:eastAsia="宋体"/>
                <w:sz w:val="16"/>
              </w:rPr>
              <w:br/>
              <w:t>v. 装备；配备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equipment</w:t>
            </w:r>
            <w:r>
              <w:rPr>
                <w:rFonts w:ascii="Times New Roman" w:hAnsi="Times New Roman" w:eastAsia="宋体"/>
                <w:sz w:val="16"/>
              </w:rPr>
              <w:br/>
              <w:t>n. 设备；装备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exchange</w:t>
            </w:r>
            <w:r>
              <w:rPr>
                <w:rFonts w:ascii="Times New Roman" w:hAnsi="Times New Roman" w:eastAsia="宋体"/>
                <w:sz w:val="16"/>
              </w:rPr>
              <w:br/>
              <w:t>v./n. 交换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expand</w:t>
            </w:r>
            <w:r>
              <w:rPr>
                <w:rFonts w:ascii="Times New Roman" w:hAnsi="Times New Roman" w:eastAsia="宋体"/>
                <w:sz w:val="16"/>
              </w:rPr>
              <w:br/>
              <w:t>v. 扩展；扩大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expansion</w:t>
            </w:r>
            <w:r>
              <w:rPr>
                <w:rFonts w:ascii="Times New Roman" w:hAnsi="Times New Roman" w:eastAsia="宋体"/>
                <w:sz w:val="16"/>
              </w:rPr>
              <w:br/>
              <w:t>n. 扩展；扩大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exposure</w:t>
            </w:r>
            <w:r>
              <w:rPr>
                <w:rFonts w:ascii="Times New Roman" w:hAnsi="Times New Roman" w:eastAsia="宋体"/>
                <w:sz w:val="16"/>
              </w:rPr>
              <w:br/>
              <w:t>n. 暴露；接触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face</w:t>
            </w:r>
            <w:r>
              <w:rPr>
                <w:rFonts w:ascii="Times New Roman" w:hAnsi="Times New Roman" w:eastAsia="宋体"/>
                <w:sz w:val="16"/>
              </w:rPr>
              <w:br/>
              <w:t>v. 面对；面对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facial</w:t>
            </w:r>
            <w:r>
              <w:rPr>
                <w:rFonts w:ascii="Times New Roman" w:hAnsi="Times New Roman" w:eastAsia="宋体"/>
                <w:sz w:val="16"/>
              </w:rPr>
              <w:br/>
              <w:t>adj. 面部的；脸的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facilitate</w:t>
            </w:r>
            <w:r>
              <w:rPr>
                <w:rFonts w:ascii="Times New Roman" w:hAnsi="Times New Roman" w:eastAsia="宋体"/>
                <w:sz w:val="16"/>
              </w:rPr>
              <w:br/>
              <w:t>v. 促进；使便利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finalist</w:t>
            </w:r>
            <w:r>
              <w:rPr>
                <w:rFonts w:ascii="Times New Roman" w:hAnsi="Times New Roman" w:eastAsia="宋体"/>
                <w:sz w:val="16"/>
              </w:rPr>
              <w:br/>
              <w:t>n. 决赛选手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firework</w:t>
            </w:r>
            <w:r>
              <w:rPr>
                <w:rFonts w:ascii="Times New Roman" w:hAnsi="Times New Roman" w:eastAsia="宋体"/>
                <w:sz w:val="16"/>
              </w:rPr>
              <w:br/>
              <w:t>n. 烟花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flexible</w:t>
            </w:r>
            <w:r>
              <w:rPr>
                <w:rFonts w:ascii="Times New Roman" w:hAnsi="Times New Roman" w:eastAsia="宋体"/>
                <w:sz w:val="16"/>
              </w:rPr>
              <w:br/>
              <w:t>adj. 灵活的；柔韧的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flourish</w:t>
            </w:r>
            <w:r>
              <w:rPr>
                <w:rFonts w:ascii="Times New Roman" w:hAnsi="Times New Roman" w:eastAsia="宋体"/>
                <w:sz w:val="16"/>
              </w:rPr>
              <w:br/>
              <w:t>v. 繁荣；兴旺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furniture</w:t>
            </w:r>
            <w:r>
              <w:rPr>
                <w:rFonts w:ascii="Times New Roman" w:hAnsi="Times New Roman" w:eastAsia="宋体"/>
                <w:sz w:val="16"/>
              </w:rPr>
              <w:br/>
              <w:t>n. 家具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gene</w:t>
            </w:r>
            <w:r>
              <w:rPr>
                <w:rFonts w:ascii="Times New Roman" w:hAnsi="Times New Roman" w:eastAsia="宋体"/>
                <w:sz w:val="16"/>
              </w:rPr>
              <w:br/>
              <w:t>n. 基因；遗传因子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generation</w:t>
            </w:r>
            <w:r>
              <w:rPr>
                <w:rFonts w:ascii="Times New Roman" w:hAnsi="Times New Roman" w:eastAsia="宋体"/>
                <w:sz w:val="16"/>
              </w:rPr>
              <w:br/>
              <w:t>n. 代；一代人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get together</w:t>
            </w:r>
            <w:r>
              <w:rPr>
                <w:rFonts w:ascii="Times New Roman" w:hAnsi="Times New Roman" w:eastAsia="宋体"/>
                <w:sz w:val="16"/>
              </w:rPr>
              <w:br/>
              <w:t>phr. 聚会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hereditary</w:t>
            </w:r>
            <w:r>
              <w:rPr>
                <w:rFonts w:ascii="Times New Roman" w:hAnsi="Times New Roman" w:eastAsia="宋体"/>
                <w:sz w:val="16"/>
              </w:rPr>
              <w:br/>
              <w:t>adj. 世袭的；遗传的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heritage</w:t>
            </w:r>
            <w:r>
              <w:rPr>
                <w:rFonts w:ascii="Times New Roman" w:hAnsi="Times New Roman" w:eastAsia="宋体"/>
                <w:sz w:val="16"/>
              </w:rPr>
              <w:br/>
              <w:t>n. 遗产；传统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highly</w:t>
            </w:r>
            <w:r>
              <w:rPr>
                <w:rFonts w:ascii="Times New Roman" w:hAnsi="Times New Roman" w:eastAsia="宋体"/>
                <w:sz w:val="16"/>
              </w:rPr>
              <w:br/>
              <w:t>adv. 高度地；非常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humble</w:t>
            </w:r>
            <w:r>
              <w:rPr>
                <w:rFonts w:ascii="Times New Roman" w:hAnsi="Times New Roman" w:eastAsia="宋体"/>
                <w:sz w:val="16"/>
              </w:rPr>
              <w:br/>
              <w:t>adj. 谦虚的 → humbly adv. 谦虚地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inconvenience</w:t>
            </w:r>
            <w:r>
              <w:rPr>
                <w:rFonts w:ascii="Times New Roman" w:hAnsi="Times New Roman" w:eastAsia="宋体"/>
                <w:sz w:val="16"/>
              </w:rPr>
              <w:br/>
              <w:t>n. 不便；麻烦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initiative</w:t>
            </w:r>
            <w:r>
              <w:rPr>
                <w:rFonts w:ascii="Times New Roman" w:hAnsi="Times New Roman" w:eastAsia="宋体"/>
                <w:sz w:val="16"/>
              </w:rPr>
              <w:br/>
              <w:t>n. 倡议；主动性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innovation</w:t>
            </w:r>
            <w:r>
              <w:rPr>
                <w:rFonts w:ascii="Times New Roman" w:hAnsi="Times New Roman" w:eastAsia="宋体"/>
                <w:sz w:val="16"/>
              </w:rPr>
              <w:br/>
              <w:t>n. 创新；革新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insight</w:t>
            </w:r>
            <w:r>
              <w:rPr>
                <w:rFonts w:ascii="Times New Roman" w:hAnsi="Times New Roman" w:eastAsia="宋体"/>
                <w:sz w:val="16"/>
              </w:rPr>
              <w:br/>
              <w:t>n. 洞察；见解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intend</w:t>
            </w:r>
            <w:r>
              <w:rPr>
                <w:rFonts w:ascii="Times New Roman" w:hAnsi="Times New Roman" w:eastAsia="宋体"/>
                <w:sz w:val="16"/>
              </w:rPr>
              <w:br/>
              <w:t>v. 打算；意图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intention</w:t>
            </w:r>
            <w:r>
              <w:rPr>
                <w:rFonts w:ascii="Times New Roman" w:hAnsi="Times New Roman" w:eastAsia="宋体"/>
                <w:sz w:val="16"/>
              </w:rPr>
              <w:br/>
              <w:t>n. 意图；目的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interval</w:t>
            </w:r>
            <w:r>
              <w:rPr>
                <w:rFonts w:ascii="Times New Roman" w:hAnsi="Times New Roman" w:eastAsia="宋体"/>
                <w:sz w:val="16"/>
              </w:rPr>
              <w:br/>
              <w:t>n. 间隔；间歇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journal</w:t>
            </w:r>
            <w:r>
              <w:rPr>
                <w:rFonts w:ascii="Times New Roman" w:hAnsi="Times New Roman" w:eastAsia="宋体"/>
                <w:sz w:val="16"/>
              </w:rPr>
              <w:br/>
              <w:t>n. 期刊；日志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journalist</w:t>
            </w:r>
            <w:r>
              <w:rPr>
                <w:rFonts w:ascii="Times New Roman" w:hAnsi="Times New Roman" w:eastAsia="宋体"/>
                <w:sz w:val="16"/>
              </w:rPr>
              <w:br/>
              <w:t>n. 记者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mist</w:t>
            </w:r>
            <w:r>
              <w:rPr>
                <w:rFonts w:ascii="Times New Roman" w:hAnsi="Times New Roman" w:eastAsia="宋体"/>
                <w:sz w:val="16"/>
              </w:rPr>
              <w:br/>
              <w:t>n. 雾 → misty adj. 有雾的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motivate</w:t>
            </w:r>
            <w:r>
              <w:rPr>
                <w:rFonts w:ascii="Times New Roman" w:hAnsi="Times New Roman" w:eastAsia="宋体"/>
                <w:sz w:val="16"/>
              </w:rPr>
              <w:br/>
              <w:t>v. 激励；激发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mural</w:t>
            </w:r>
            <w:r>
              <w:rPr>
                <w:rFonts w:ascii="Times New Roman" w:hAnsi="Times New Roman" w:eastAsia="宋体"/>
                <w:sz w:val="16"/>
              </w:rPr>
              <w:br/>
              <w:t>n. 壁画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neighbour</w:t>
            </w:r>
            <w:r>
              <w:rPr>
                <w:rFonts w:ascii="Times New Roman" w:hAnsi="Times New Roman" w:eastAsia="宋体"/>
                <w:sz w:val="16"/>
              </w:rPr>
              <w:br/>
              <w:t>n. 邻居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nurture</w:t>
            </w:r>
            <w:r>
              <w:rPr>
                <w:rFonts w:ascii="Times New Roman" w:hAnsi="Times New Roman" w:eastAsia="宋体"/>
                <w:sz w:val="16"/>
              </w:rPr>
              <w:br/>
              <w:t>v. 培养；滋养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pleasure</w:t>
            </w:r>
            <w:r>
              <w:rPr>
                <w:rFonts w:ascii="Times New Roman" w:hAnsi="Times New Roman" w:eastAsia="宋体"/>
                <w:sz w:val="16"/>
              </w:rPr>
              <w:br/>
              <w:t>n. 愉快；乐趣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pop up</w:t>
            </w:r>
            <w:r>
              <w:rPr>
                <w:rFonts w:ascii="Times New Roman" w:hAnsi="Times New Roman" w:eastAsia="宋体"/>
                <w:sz w:val="16"/>
              </w:rPr>
              <w:br/>
              <w:t>phr. 突然出现；弹出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pore over</w:t>
            </w:r>
            <w:r>
              <w:rPr>
                <w:rFonts w:ascii="Times New Roman" w:hAnsi="Times New Roman" w:eastAsia="宋体"/>
                <w:sz w:val="16"/>
              </w:rPr>
              <w:br/>
              <w:t>phr. 仔细阅读；钻研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predict</w:t>
            </w:r>
            <w:r>
              <w:rPr>
                <w:rFonts w:ascii="Times New Roman" w:hAnsi="Times New Roman" w:eastAsia="宋体"/>
                <w:sz w:val="16"/>
              </w:rPr>
              <w:br/>
              <w:t>v. 预测；预言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prepare</w:t>
            </w:r>
            <w:r>
              <w:rPr>
                <w:rFonts w:ascii="Times New Roman" w:hAnsi="Times New Roman" w:eastAsia="宋体"/>
                <w:sz w:val="16"/>
              </w:rPr>
              <w:br/>
              <w:t>v. 准备 → preparation n. 准备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preserve</w:t>
            </w:r>
            <w:r>
              <w:rPr>
                <w:rFonts w:ascii="Times New Roman" w:hAnsi="Times New Roman" w:eastAsia="宋体"/>
                <w:sz w:val="16"/>
              </w:rPr>
              <w:br/>
              <w:t>v. 保护；保存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profession</w:t>
            </w:r>
            <w:r>
              <w:rPr>
                <w:rFonts w:ascii="Times New Roman" w:hAnsi="Times New Roman" w:eastAsia="宋体"/>
                <w:sz w:val="16"/>
              </w:rPr>
              <w:br/>
              <w:t>n. 职业；专业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proficiency</w:t>
            </w:r>
            <w:r>
              <w:rPr>
                <w:rFonts w:ascii="Times New Roman" w:hAnsi="Times New Roman" w:eastAsia="宋体"/>
                <w:sz w:val="16"/>
              </w:rPr>
              <w:br/>
              <w:t>n. 熟练；精通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promote</w:t>
            </w:r>
            <w:r>
              <w:rPr>
                <w:rFonts w:ascii="Times New Roman" w:hAnsi="Times New Roman" w:eastAsia="宋体"/>
                <w:sz w:val="16"/>
              </w:rPr>
              <w:br/>
              <w:t>v. 促进；提升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pulse</w:t>
            </w:r>
            <w:r>
              <w:rPr>
                <w:rFonts w:ascii="Times New Roman" w:hAnsi="Times New Roman" w:eastAsia="宋体"/>
                <w:sz w:val="16"/>
              </w:rPr>
              <w:br/>
              <w:t>n. 脉冲；脉搏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recognize</w:t>
            </w:r>
            <w:r>
              <w:rPr>
                <w:rFonts w:ascii="Times New Roman" w:hAnsi="Times New Roman" w:eastAsia="宋体"/>
                <w:sz w:val="16"/>
              </w:rPr>
              <w:br/>
              <w:t>v. 认可；认出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reconstruct</w:t>
            </w:r>
            <w:r>
              <w:rPr>
                <w:rFonts w:ascii="Times New Roman" w:hAnsi="Times New Roman" w:eastAsia="宋体"/>
                <w:sz w:val="16"/>
              </w:rPr>
              <w:br/>
              <w:t>v. 重建；重构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reform</w:t>
            </w:r>
            <w:r>
              <w:rPr>
                <w:rFonts w:ascii="Times New Roman" w:hAnsi="Times New Roman" w:eastAsia="宋体"/>
                <w:sz w:val="16"/>
              </w:rPr>
              <w:br/>
              <w:t>v./n. 改革；改良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relevant</w:t>
            </w:r>
            <w:r>
              <w:rPr>
                <w:rFonts w:ascii="Times New Roman" w:hAnsi="Times New Roman" w:eastAsia="宋体"/>
                <w:sz w:val="16"/>
              </w:rPr>
              <w:br/>
              <w:t>adj. 相关的；切题的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reliable</w:t>
            </w:r>
            <w:r>
              <w:rPr>
                <w:rFonts w:ascii="Times New Roman" w:hAnsi="Times New Roman" w:eastAsia="宋体"/>
                <w:sz w:val="16"/>
              </w:rPr>
              <w:br/>
              <w:t>adj. 可靠的；可信赖的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represent</w:t>
            </w:r>
            <w:r>
              <w:rPr>
                <w:rFonts w:ascii="Times New Roman" w:hAnsi="Times New Roman" w:eastAsia="宋体"/>
                <w:sz w:val="16"/>
              </w:rPr>
              <w:br/>
              <w:t>v. 代表；表现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restore</w:t>
            </w:r>
            <w:r>
              <w:rPr>
                <w:rFonts w:ascii="Times New Roman" w:hAnsi="Times New Roman" w:eastAsia="宋体"/>
                <w:sz w:val="16"/>
              </w:rPr>
              <w:br/>
              <w:t>v. 恢复；修复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retire</w:t>
            </w:r>
            <w:r>
              <w:rPr>
                <w:rFonts w:ascii="Times New Roman" w:hAnsi="Times New Roman" w:eastAsia="宋体"/>
                <w:sz w:val="16"/>
              </w:rPr>
              <w:br/>
              <w:t>v. 退休；退役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retrieve</w:t>
            </w:r>
            <w:r>
              <w:rPr>
                <w:rFonts w:ascii="Times New Roman" w:hAnsi="Times New Roman" w:eastAsia="宋体"/>
                <w:sz w:val="16"/>
              </w:rPr>
              <w:br/>
              <w:t>v. 取回；检索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ritual</w:t>
            </w:r>
            <w:r>
              <w:rPr>
                <w:rFonts w:ascii="Times New Roman" w:hAnsi="Times New Roman" w:eastAsia="宋体"/>
                <w:sz w:val="16"/>
              </w:rPr>
              <w:br/>
              <w:t>n. 仪式；典礼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scold</w:t>
            </w:r>
            <w:r>
              <w:rPr>
                <w:rFonts w:ascii="Times New Roman" w:hAnsi="Times New Roman" w:eastAsia="宋体"/>
                <w:sz w:val="16"/>
              </w:rPr>
              <w:br/>
              <w:t>v. 责骂；训斥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shelf</w:t>
            </w:r>
            <w:r>
              <w:rPr>
                <w:rFonts w:ascii="Times New Roman" w:hAnsi="Times New Roman" w:eastAsia="宋体"/>
                <w:sz w:val="16"/>
              </w:rPr>
              <w:br/>
              <w:t>n. 架子；搁板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significant</w:t>
            </w:r>
            <w:r>
              <w:rPr>
                <w:rFonts w:ascii="Times New Roman" w:hAnsi="Times New Roman" w:eastAsia="宋体"/>
                <w:sz w:val="16"/>
              </w:rPr>
              <w:br/>
              <w:t>adj. 重要的；显著的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solid</w:t>
            </w:r>
            <w:r>
              <w:rPr>
                <w:rFonts w:ascii="Times New Roman" w:hAnsi="Times New Roman" w:eastAsia="宋体"/>
                <w:sz w:val="16"/>
              </w:rPr>
              <w:br/>
              <w:t>adj. 坚实的；固体的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structure</w:t>
            </w:r>
            <w:r>
              <w:rPr>
                <w:rFonts w:ascii="Times New Roman" w:hAnsi="Times New Roman" w:eastAsia="宋体"/>
                <w:sz w:val="16"/>
              </w:rPr>
              <w:br/>
              <w:t>n. 结构；建筑物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surge</w:t>
            </w:r>
            <w:r>
              <w:rPr>
                <w:rFonts w:ascii="Times New Roman" w:hAnsi="Times New Roman" w:eastAsia="宋体"/>
                <w:sz w:val="16"/>
              </w:rPr>
              <w:br/>
              <w:t>v./n. 激增；汹涌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surgery</w:t>
            </w:r>
            <w:r>
              <w:rPr>
                <w:rFonts w:ascii="Times New Roman" w:hAnsi="Times New Roman" w:eastAsia="宋体"/>
                <w:sz w:val="16"/>
              </w:rPr>
              <w:br/>
              <w:t>n. 手术；外科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switch</w:t>
            </w:r>
            <w:r>
              <w:rPr>
                <w:rFonts w:ascii="Times New Roman" w:hAnsi="Times New Roman" w:eastAsia="宋体"/>
                <w:sz w:val="16"/>
              </w:rPr>
              <w:br/>
              <w:t>v. 切换；转换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sympathetic</w:t>
            </w:r>
            <w:r>
              <w:rPr>
                <w:rFonts w:ascii="Times New Roman" w:hAnsi="Times New Roman" w:eastAsia="宋体"/>
                <w:sz w:val="16"/>
              </w:rPr>
              <w:br/>
              <w:t>adj. 同情的；同意的</w:t>
            </w:r>
          </w:p>
        </w:tc>
      </w:tr>
      <w:tr>
        <w:trPr>
          <w:trHeight w:val="340" w:hRule="atLeast"/>
        </w:trPr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tendency</w:t>
            </w:r>
            <w:r>
              <w:rPr>
                <w:rFonts w:ascii="Times New Roman" w:hAnsi="Times New Roman" w:eastAsia="宋体"/>
                <w:sz w:val="16"/>
              </w:rPr>
              <w:br/>
              <w:t>n. 趋势；倾向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universal</w:t>
            </w:r>
            <w:r>
              <w:rPr>
                <w:rFonts w:ascii="Times New Roman" w:hAnsi="Times New Roman" w:eastAsia="宋体"/>
                <w:sz w:val="16"/>
              </w:rPr>
              <w:br/>
              <w:t>adj. 普遍的；通用的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value</w:t>
            </w:r>
            <w:r>
              <w:rPr>
                <w:rFonts w:ascii="Times New Roman" w:hAnsi="Times New Roman" w:eastAsia="宋体"/>
                <w:sz w:val="16"/>
              </w:rPr>
              <w:br/>
              <w:t>n./v. 价值；重视</w:t>
            </w:r>
          </w:p>
        </w:tc>
        <w:tc>
          <w:tcPr>
            <w:tcW w:type="dxa" w:w="2381"/>
          </w:tcPr>
          <w:p>
            <w:pPr>
              <w:spacing w:before="40" w:after="40" w:line="240" w:lineRule="exact"/>
            </w:pPr>
            <w:r>
              <w:rPr>
                <w:rFonts w:ascii="Times New Roman" w:hAnsi="Times New Roman" w:eastAsia="宋体"/>
                <w:b/>
                <w:sz w:val="18"/>
              </w:rPr>
              <w:t>wave goodbye to</w:t>
            </w:r>
            <w:r>
              <w:rPr>
                <w:rFonts w:ascii="Times New Roman" w:hAnsi="Times New Roman" w:eastAsia="宋体"/>
                <w:sz w:val="16"/>
              </w:rPr>
              <w:br/>
              <w:t>phr. 挥手告别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